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6930"/>
        <w:gridCol w:w="1922"/>
      </w:tblGrid>
      <w:tr w:rsidR="005B0F95" w:rsidRPr="00DE4D7A" w:rsidTr="0061296A">
        <w:tc>
          <w:tcPr>
            <w:tcW w:w="1728" w:type="dxa"/>
          </w:tcPr>
          <w:p w:rsidR="005B0F95" w:rsidRPr="00DE4D7A" w:rsidRDefault="005B0F95" w:rsidP="0061296A">
            <w:pPr>
              <w:jc w:val="center"/>
              <w:rPr>
                <w:sz w:val="22"/>
                <w:lang w:val="tr-TR"/>
              </w:rPr>
            </w:pPr>
            <w:r w:rsidRPr="00DE4D7A">
              <w:rPr>
                <w:noProof/>
                <w:lang w:val="tr-TR" w:eastAsia="tr-TR"/>
              </w:rPr>
              <w:drawing>
                <wp:inline distT="0" distB="0" distL="0" distR="0" wp14:anchorId="7C1B8806" wp14:editId="473E4ADC">
                  <wp:extent cx="809625" cy="828675"/>
                  <wp:effectExtent l="0" t="0" r="9525" b="9525"/>
                  <wp:docPr id="1" name="Resim 1" descr="ege-uni-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ge-uni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0" w:type="dxa"/>
          </w:tcPr>
          <w:p w:rsidR="005B0F95" w:rsidRPr="00DE4D7A" w:rsidRDefault="005B0F95" w:rsidP="0061296A">
            <w:pPr>
              <w:jc w:val="center"/>
              <w:rPr>
                <w:rFonts w:cs="Times New Roman"/>
                <w:b/>
                <w:sz w:val="22"/>
                <w:lang w:val="tr-TR"/>
              </w:rPr>
            </w:pPr>
          </w:p>
          <w:p w:rsidR="005B0F95" w:rsidRDefault="005B0F95" w:rsidP="0061296A">
            <w:pPr>
              <w:jc w:val="center"/>
              <w:rPr>
                <w:rFonts w:cs="Times New Roman"/>
                <w:b/>
                <w:sz w:val="22"/>
                <w:lang w:val="tr-TR"/>
              </w:rPr>
            </w:pPr>
            <w:r w:rsidRPr="00DE4D7A">
              <w:rPr>
                <w:rFonts w:cs="Times New Roman"/>
                <w:b/>
                <w:sz w:val="22"/>
                <w:lang w:val="tr-TR"/>
              </w:rPr>
              <w:t>EGE ÜNİVERSİTESİ</w:t>
            </w:r>
            <w:r w:rsidRPr="00DE4D7A">
              <w:rPr>
                <w:rFonts w:cs="Times New Roman"/>
                <w:b/>
                <w:sz w:val="22"/>
                <w:lang w:val="tr-TR"/>
              </w:rPr>
              <w:br/>
              <w:t>SAĞLIK BİLİMLERİ FAKÜLTESİ</w:t>
            </w:r>
            <w:r w:rsidRPr="00DE4D7A">
              <w:rPr>
                <w:rFonts w:cs="Times New Roman"/>
                <w:b/>
                <w:sz w:val="22"/>
                <w:lang w:val="tr-TR"/>
              </w:rPr>
              <w:br/>
            </w:r>
            <w:r w:rsidRPr="005B0F95">
              <w:rPr>
                <w:rFonts w:cs="Times New Roman"/>
                <w:b/>
                <w:sz w:val="22"/>
                <w:lang w:val="tr-TR"/>
              </w:rPr>
              <w:t>FAKÜLTE OLAY TESPİT VE BİLDİRİM TUTANAĞI</w:t>
            </w:r>
          </w:p>
          <w:p w:rsidR="005B0F95" w:rsidRDefault="005B0F95" w:rsidP="005B0F95">
            <w:pPr>
              <w:spacing w:after="40"/>
              <w:jc w:val="center"/>
              <w:rPr>
                <w:i/>
                <w:sz w:val="15"/>
              </w:rPr>
            </w:pPr>
            <w:proofErr w:type="spellStart"/>
            <w:r>
              <w:rPr>
                <w:i/>
                <w:sz w:val="15"/>
              </w:rPr>
              <w:t>Fakülte</w:t>
            </w:r>
            <w:proofErr w:type="spellEnd"/>
            <w:r>
              <w:rPr>
                <w:i/>
                <w:sz w:val="15"/>
              </w:rPr>
              <w:t xml:space="preserve"> </w:t>
            </w:r>
            <w:proofErr w:type="spellStart"/>
            <w:r>
              <w:rPr>
                <w:i/>
                <w:sz w:val="15"/>
              </w:rPr>
              <w:t>bünyesinde</w:t>
            </w:r>
            <w:proofErr w:type="spellEnd"/>
            <w:r>
              <w:rPr>
                <w:i/>
                <w:sz w:val="15"/>
              </w:rPr>
              <w:t xml:space="preserve"> </w:t>
            </w:r>
            <w:proofErr w:type="spellStart"/>
            <w:r>
              <w:rPr>
                <w:i/>
                <w:sz w:val="15"/>
              </w:rPr>
              <w:t>gerçekleşen</w:t>
            </w:r>
            <w:proofErr w:type="spellEnd"/>
            <w:r>
              <w:rPr>
                <w:i/>
                <w:sz w:val="15"/>
              </w:rPr>
              <w:t xml:space="preserve"> </w:t>
            </w:r>
            <w:proofErr w:type="spellStart"/>
            <w:r>
              <w:rPr>
                <w:i/>
                <w:sz w:val="15"/>
              </w:rPr>
              <w:t>olayların</w:t>
            </w:r>
            <w:proofErr w:type="spellEnd"/>
            <w:r>
              <w:rPr>
                <w:i/>
                <w:sz w:val="15"/>
              </w:rPr>
              <w:t xml:space="preserve"> </w:t>
            </w:r>
            <w:proofErr w:type="spellStart"/>
            <w:r>
              <w:rPr>
                <w:i/>
                <w:sz w:val="15"/>
              </w:rPr>
              <w:t>idari</w:t>
            </w:r>
            <w:proofErr w:type="spellEnd"/>
            <w:r>
              <w:rPr>
                <w:i/>
                <w:sz w:val="15"/>
              </w:rPr>
              <w:t>/</w:t>
            </w:r>
            <w:proofErr w:type="spellStart"/>
            <w:r>
              <w:rPr>
                <w:i/>
                <w:sz w:val="15"/>
              </w:rPr>
              <w:t>akademik</w:t>
            </w:r>
            <w:proofErr w:type="spellEnd"/>
            <w:r>
              <w:rPr>
                <w:i/>
                <w:sz w:val="15"/>
              </w:rPr>
              <w:t xml:space="preserve"> </w:t>
            </w:r>
            <w:proofErr w:type="spellStart"/>
            <w:r>
              <w:rPr>
                <w:i/>
                <w:sz w:val="15"/>
              </w:rPr>
              <w:t>kayıt</w:t>
            </w:r>
            <w:proofErr w:type="spellEnd"/>
            <w:r>
              <w:rPr>
                <w:i/>
                <w:sz w:val="15"/>
              </w:rPr>
              <w:t xml:space="preserve"> </w:t>
            </w:r>
            <w:proofErr w:type="spellStart"/>
            <w:r>
              <w:rPr>
                <w:i/>
                <w:sz w:val="15"/>
              </w:rPr>
              <w:t>altına</w:t>
            </w:r>
            <w:proofErr w:type="spellEnd"/>
            <w:r>
              <w:rPr>
                <w:i/>
                <w:sz w:val="15"/>
              </w:rPr>
              <w:t xml:space="preserve"> </w:t>
            </w:r>
            <w:proofErr w:type="spellStart"/>
            <w:r>
              <w:rPr>
                <w:i/>
                <w:sz w:val="15"/>
              </w:rPr>
              <w:t>alınması</w:t>
            </w:r>
            <w:proofErr w:type="spellEnd"/>
            <w:r>
              <w:rPr>
                <w:i/>
                <w:sz w:val="15"/>
              </w:rPr>
              <w:t xml:space="preserve"> </w:t>
            </w:r>
            <w:proofErr w:type="spellStart"/>
            <w:r>
              <w:rPr>
                <w:i/>
                <w:sz w:val="15"/>
              </w:rPr>
              <w:t>amacıyla</w:t>
            </w:r>
            <w:proofErr w:type="spellEnd"/>
          </w:p>
          <w:p w:rsidR="005B0F95" w:rsidRPr="00DE4D7A" w:rsidRDefault="005B0F95" w:rsidP="0061296A">
            <w:pPr>
              <w:jc w:val="center"/>
              <w:rPr>
                <w:b/>
                <w:sz w:val="22"/>
                <w:lang w:val="tr-TR"/>
              </w:rPr>
            </w:pPr>
          </w:p>
        </w:tc>
        <w:tc>
          <w:tcPr>
            <w:tcW w:w="1922" w:type="dxa"/>
          </w:tcPr>
          <w:p w:rsidR="005B0F95" w:rsidRPr="00DE4D7A" w:rsidRDefault="005B0F95" w:rsidP="0061296A">
            <w:pPr>
              <w:jc w:val="center"/>
              <w:rPr>
                <w:sz w:val="22"/>
                <w:lang w:val="tr-TR"/>
              </w:rPr>
            </w:pPr>
            <w:r w:rsidRPr="00DE4D7A">
              <w:rPr>
                <w:noProof/>
                <w:lang w:val="tr-TR" w:eastAsia="tr-TR"/>
              </w:rPr>
              <w:drawing>
                <wp:inline distT="0" distB="0" distL="0" distR="0" wp14:anchorId="3BCABD5A" wp14:editId="6BCF00F5">
                  <wp:extent cx="838200" cy="800100"/>
                  <wp:effectExtent l="0" t="0" r="0" b="0"/>
                  <wp:docPr id="2" name="Resim 2" descr="saglik%20bilimleri%20fak-LOGO-%20we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aglik%20bilimleri%20fak-LOGO-%20we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B0F95" w:rsidRDefault="005B0F95">
      <w:pPr>
        <w:spacing w:after="40"/>
        <w:jc w:val="center"/>
      </w:pPr>
    </w:p>
    <w:tbl>
      <w:tblPr>
        <w:tblW w:w="0" w:type="auto"/>
        <w:tblInd w:w="-71" w:type="dxa"/>
        <w:tblBorders>
          <w:top w:val="single" w:sz="4" w:space="0" w:color="E0B050"/>
          <w:left w:val="single" w:sz="4" w:space="0" w:color="E0B050"/>
          <w:bottom w:val="single" w:sz="4" w:space="0" w:color="E0B050"/>
          <w:right w:val="single" w:sz="4" w:space="0" w:color="E0B050"/>
          <w:insideH w:val="single" w:sz="4" w:space="0" w:color="E0B050"/>
          <w:insideV w:val="single" w:sz="4" w:space="0" w:color="E0B050"/>
        </w:tblBorders>
        <w:tblLook w:val="04A0" w:firstRow="1" w:lastRow="0" w:firstColumn="1" w:lastColumn="0" w:noHBand="0" w:noVBand="1"/>
      </w:tblPr>
      <w:tblGrid>
        <w:gridCol w:w="76"/>
        <w:gridCol w:w="1701"/>
        <w:gridCol w:w="722"/>
        <w:gridCol w:w="2736"/>
        <w:gridCol w:w="418"/>
        <w:gridCol w:w="1656"/>
        <w:gridCol w:w="171"/>
        <w:gridCol w:w="3702"/>
        <w:gridCol w:w="8"/>
        <w:gridCol w:w="137"/>
      </w:tblGrid>
      <w:tr w:rsidR="001528CB" w:rsidTr="00BA2E5E">
        <w:trPr>
          <w:gridBefore w:val="1"/>
          <w:gridAfter w:val="2"/>
          <w:wBefore w:w="76" w:type="dxa"/>
          <w:wAfter w:w="145" w:type="dxa"/>
        </w:trPr>
        <w:tc>
          <w:tcPr>
            <w:tcW w:w="11106" w:type="dxa"/>
            <w:gridSpan w:val="7"/>
            <w:shd w:val="clear" w:color="auto" w:fill="FFF7E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1528CB" w:rsidRDefault="00ED7D4C" w:rsidP="00BA2E5E">
            <w:pPr>
              <w:spacing w:after="0"/>
            </w:pPr>
            <w:r>
              <w:rPr>
                <w:sz w:val="14"/>
              </w:rPr>
              <w:t>NOT: Bu form olayın fakülte bünyesinde gerçekleştiğine ilişkin tespit ve kayıt amacıyla düzenlenir. Tıbbi tanı veya tıbbi değerlendirme içermez. Güvenlik biriminin düzenlediği olay tutanağının yerine geçmez; gerektiğinde ilgili diğer kayıt ve bildirimlerle birlikte muhafaza edilir.</w:t>
            </w:r>
          </w:p>
        </w:tc>
      </w:tr>
      <w:tr w:rsidR="001528CB" w:rsidTr="00973054">
        <w:tblPrEx>
          <w:jc w:val="center"/>
          <w:tblBorders>
            <w:top w:val="single" w:sz="4" w:space="0" w:color="1F6FAE"/>
            <w:left w:val="single" w:sz="4" w:space="0" w:color="1F6FAE"/>
            <w:bottom w:val="single" w:sz="4" w:space="0" w:color="1F6FAE"/>
            <w:right w:val="single" w:sz="4" w:space="0" w:color="1F6FAE"/>
            <w:insideH w:val="single" w:sz="4" w:space="0" w:color="1F6FAE"/>
            <w:insideV w:val="single" w:sz="4" w:space="0" w:color="1F6FAE"/>
          </w:tblBorders>
        </w:tblPrEx>
        <w:trPr>
          <w:gridAfter w:val="1"/>
          <w:wAfter w:w="137" w:type="dxa"/>
          <w:jc w:val="center"/>
        </w:trPr>
        <w:tc>
          <w:tcPr>
            <w:tcW w:w="11190" w:type="dxa"/>
            <w:gridSpan w:val="9"/>
            <w:shd w:val="clear" w:color="auto" w:fill="8DB3E2" w:themeFill="text2" w:themeFillTint="6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:rsidR="001528CB" w:rsidRDefault="00ED7D4C" w:rsidP="00BA2E5E">
            <w:pPr>
              <w:spacing w:after="0"/>
              <w:jc w:val="center"/>
            </w:pPr>
            <w:r>
              <w:rPr>
                <w:b/>
                <w:sz w:val="18"/>
              </w:rPr>
              <w:t>1. OLAYIN TEMEL BİLGİLERİ</w:t>
            </w:r>
          </w:p>
        </w:tc>
      </w:tr>
      <w:tr w:rsidR="001528CB" w:rsidTr="00BA2E5E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rPr>
          <w:gridBefore w:val="1"/>
          <w:gridAfter w:val="1"/>
          <w:wBefore w:w="76" w:type="dxa"/>
          <w:wAfter w:w="137" w:type="dxa"/>
        </w:trPr>
        <w:tc>
          <w:tcPr>
            <w:tcW w:w="1701" w:type="dxa"/>
            <w:shd w:val="clear" w:color="auto" w:fill="EAF3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ED7D4C" w:rsidP="00BA2E5E">
            <w:pPr>
              <w:spacing w:after="0"/>
            </w:pPr>
            <w:r>
              <w:rPr>
                <w:b/>
                <w:sz w:val="15"/>
              </w:rPr>
              <w:t>Tarih</w:t>
            </w:r>
          </w:p>
        </w:tc>
        <w:tc>
          <w:tcPr>
            <w:tcW w:w="3458" w:type="dxa"/>
            <w:gridSpan w:val="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1528CB" w:rsidP="00BA2E5E">
            <w:pPr>
              <w:spacing w:after="0"/>
            </w:pPr>
          </w:p>
        </w:tc>
        <w:tc>
          <w:tcPr>
            <w:tcW w:w="2245" w:type="dxa"/>
            <w:gridSpan w:val="3"/>
            <w:shd w:val="clear" w:color="auto" w:fill="EAF3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ED7D4C" w:rsidP="00BA2E5E">
            <w:pPr>
              <w:spacing w:after="0"/>
            </w:pPr>
            <w:r>
              <w:rPr>
                <w:b/>
                <w:sz w:val="15"/>
              </w:rPr>
              <w:t>Saat</w:t>
            </w:r>
          </w:p>
        </w:tc>
        <w:tc>
          <w:tcPr>
            <w:tcW w:w="3710" w:type="dxa"/>
            <w:gridSpan w:val="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1528CB" w:rsidP="00BA2E5E">
            <w:pPr>
              <w:spacing w:after="0"/>
            </w:pPr>
          </w:p>
        </w:tc>
      </w:tr>
      <w:tr w:rsidR="001528CB" w:rsidTr="00BA2E5E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rPr>
          <w:gridBefore w:val="1"/>
          <w:gridAfter w:val="1"/>
          <w:wBefore w:w="76" w:type="dxa"/>
          <w:wAfter w:w="137" w:type="dxa"/>
        </w:trPr>
        <w:tc>
          <w:tcPr>
            <w:tcW w:w="1701" w:type="dxa"/>
            <w:shd w:val="clear" w:color="auto" w:fill="EAF3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ED7D4C" w:rsidP="00BA2E5E">
            <w:pPr>
              <w:spacing w:after="0"/>
            </w:pPr>
            <w:r>
              <w:rPr>
                <w:b/>
                <w:sz w:val="15"/>
              </w:rPr>
              <w:t>Olayın fark edildiği saat</w:t>
            </w:r>
          </w:p>
        </w:tc>
        <w:tc>
          <w:tcPr>
            <w:tcW w:w="3458" w:type="dxa"/>
            <w:gridSpan w:val="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1528CB" w:rsidP="00BA2E5E">
            <w:pPr>
              <w:spacing w:after="0"/>
            </w:pPr>
          </w:p>
        </w:tc>
        <w:tc>
          <w:tcPr>
            <w:tcW w:w="2245" w:type="dxa"/>
            <w:gridSpan w:val="3"/>
            <w:shd w:val="clear" w:color="auto" w:fill="EAF3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ED7D4C" w:rsidP="00BA2E5E">
            <w:pPr>
              <w:spacing w:after="0"/>
            </w:pPr>
            <w:proofErr w:type="spellStart"/>
            <w:r>
              <w:rPr>
                <w:b/>
                <w:sz w:val="15"/>
              </w:rPr>
              <w:t>Yer</w:t>
            </w:r>
            <w:proofErr w:type="spellEnd"/>
            <w:r w:rsidR="00BA2E5E">
              <w:rPr>
                <w:b/>
                <w:sz w:val="15"/>
              </w:rPr>
              <w:t xml:space="preserve"> / </w:t>
            </w:r>
            <w:proofErr w:type="spellStart"/>
            <w:r w:rsidR="00BA2E5E">
              <w:rPr>
                <w:b/>
                <w:sz w:val="15"/>
              </w:rPr>
              <w:t>Derslik</w:t>
            </w:r>
            <w:proofErr w:type="spellEnd"/>
            <w:r w:rsidR="00BA2E5E">
              <w:rPr>
                <w:b/>
                <w:sz w:val="15"/>
              </w:rPr>
              <w:t xml:space="preserve"> / </w:t>
            </w:r>
            <w:proofErr w:type="spellStart"/>
            <w:r w:rsidR="00BA2E5E">
              <w:rPr>
                <w:b/>
                <w:sz w:val="15"/>
              </w:rPr>
              <w:t>Birim</w:t>
            </w:r>
            <w:proofErr w:type="spellEnd"/>
          </w:p>
        </w:tc>
        <w:tc>
          <w:tcPr>
            <w:tcW w:w="3710" w:type="dxa"/>
            <w:gridSpan w:val="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1528CB" w:rsidP="00BA2E5E">
            <w:pPr>
              <w:spacing w:after="0"/>
            </w:pPr>
          </w:p>
        </w:tc>
      </w:tr>
      <w:tr w:rsidR="001528CB" w:rsidTr="00BA2E5E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rPr>
          <w:gridBefore w:val="1"/>
          <w:gridAfter w:val="1"/>
          <w:wBefore w:w="76" w:type="dxa"/>
          <w:wAfter w:w="137" w:type="dxa"/>
        </w:trPr>
        <w:tc>
          <w:tcPr>
            <w:tcW w:w="1701" w:type="dxa"/>
            <w:shd w:val="clear" w:color="auto" w:fill="EAF3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ED7D4C" w:rsidP="00BA2E5E">
            <w:pPr>
              <w:spacing w:after="0"/>
            </w:pPr>
            <w:proofErr w:type="spellStart"/>
            <w:r>
              <w:rPr>
                <w:b/>
                <w:sz w:val="15"/>
              </w:rPr>
              <w:t>Olayı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bildiren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kişi</w:t>
            </w:r>
            <w:proofErr w:type="spellEnd"/>
          </w:p>
        </w:tc>
        <w:tc>
          <w:tcPr>
            <w:tcW w:w="3458" w:type="dxa"/>
            <w:gridSpan w:val="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1528CB" w:rsidP="00BA2E5E">
            <w:pPr>
              <w:spacing w:after="0"/>
            </w:pPr>
          </w:p>
        </w:tc>
        <w:tc>
          <w:tcPr>
            <w:tcW w:w="2245" w:type="dxa"/>
            <w:gridSpan w:val="3"/>
            <w:shd w:val="clear" w:color="auto" w:fill="EAF3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ED7D4C" w:rsidP="00BA2E5E">
            <w:pPr>
              <w:spacing w:after="0"/>
            </w:pPr>
            <w:r>
              <w:rPr>
                <w:b/>
                <w:sz w:val="15"/>
              </w:rPr>
              <w:t>Görevi / Birimi</w:t>
            </w:r>
          </w:p>
        </w:tc>
        <w:tc>
          <w:tcPr>
            <w:tcW w:w="3710" w:type="dxa"/>
            <w:gridSpan w:val="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1528CB" w:rsidP="00BA2E5E">
            <w:pPr>
              <w:spacing w:after="0"/>
            </w:pPr>
          </w:p>
        </w:tc>
      </w:tr>
      <w:tr w:rsidR="001528CB" w:rsidTr="00973054">
        <w:tblPrEx>
          <w:jc w:val="center"/>
          <w:tblBorders>
            <w:top w:val="single" w:sz="4" w:space="0" w:color="1F6FAE"/>
            <w:left w:val="single" w:sz="4" w:space="0" w:color="1F6FAE"/>
            <w:bottom w:val="single" w:sz="4" w:space="0" w:color="1F6FAE"/>
            <w:right w:val="single" w:sz="4" w:space="0" w:color="1F6FAE"/>
            <w:insideH w:val="single" w:sz="4" w:space="0" w:color="1F6FAE"/>
            <w:insideV w:val="single" w:sz="4" w:space="0" w:color="1F6FAE"/>
          </w:tblBorders>
        </w:tblPrEx>
        <w:trPr>
          <w:gridAfter w:val="1"/>
          <w:wAfter w:w="137" w:type="dxa"/>
          <w:jc w:val="center"/>
        </w:trPr>
        <w:tc>
          <w:tcPr>
            <w:tcW w:w="11190" w:type="dxa"/>
            <w:gridSpan w:val="9"/>
            <w:shd w:val="clear" w:color="auto" w:fill="8DB3E2" w:themeFill="text2" w:themeFillTint="6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:rsidR="001528CB" w:rsidRDefault="00ED7D4C" w:rsidP="00BA2E5E">
            <w:pPr>
              <w:spacing w:after="0"/>
              <w:jc w:val="center"/>
            </w:pPr>
            <w:r>
              <w:rPr>
                <w:b/>
                <w:sz w:val="18"/>
              </w:rPr>
              <w:t>2. OLAYIN TÜRÜ  (Uygun olanları işaretleyiniz)</w:t>
            </w:r>
          </w:p>
        </w:tc>
      </w:tr>
      <w:tr w:rsidR="00BA2E5E" w:rsidTr="00BA2E5E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rPr>
          <w:gridBefore w:val="1"/>
          <w:gridAfter w:val="1"/>
          <w:wBefore w:w="76" w:type="dxa"/>
          <w:wAfter w:w="137" w:type="dxa"/>
        </w:trPr>
        <w:tc>
          <w:tcPr>
            <w:tcW w:w="5159" w:type="dxa"/>
            <w:gridSpan w:val="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:rsidR="00BA2E5E" w:rsidRDefault="00BA2E5E" w:rsidP="00BA2E5E">
            <w:pPr>
              <w:spacing w:after="0"/>
            </w:pPr>
            <w:r>
              <w:rPr>
                <w:sz w:val="15"/>
              </w:rPr>
              <w:t xml:space="preserve">☐ </w:t>
            </w:r>
            <w:proofErr w:type="spellStart"/>
            <w:r>
              <w:rPr>
                <w:sz w:val="15"/>
              </w:rPr>
              <w:t>Sağlık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sorunu</w:t>
            </w:r>
            <w:proofErr w:type="spellEnd"/>
            <w:r>
              <w:rPr>
                <w:sz w:val="15"/>
              </w:rPr>
              <w:t xml:space="preserve"> / </w:t>
            </w:r>
            <w:proofErr w:type="spellStart"/>
            <w:r>
              <w:rPr>
                <w:sz w:val="15"/>
              </w:rPr>
              <w:t>rahatsızlanma</w:t>
            </w:r>
            <w:proofErr w:type="spellEnd"/>
          </w:p>
        </w:tc>
        <w:tc>
          <w:tcPr>
            <w:tcW w:w="595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:rsidR="00BA2E5E" w:rsidRDefault="00BA2E5E" w:rsidP="00BA2E5E">
            <w:pPr>
              <w:spacing w:after="0"/>
            </w:pPr>
            <w:r>
              <w:rPr>
                <w:sz w:val="15"/>
              </w:rPr>
              <w:t xml:space="preserve">☐ </w:t>
            </w:r>
            <w:proofErr w:type="spellStart"/>
            <w:r>
              <w:rPr>
                <w:sz w:val="15"/>
              </w:rPr>
              <w:t>Güvenlik</w:t>
            </w:r>
            <w:proofErr w:type="spellEnd"/>
            <w:r>
              <w:rPr>
                <w:sz w:val="15"/>
              </w:rPr>
              <w:t xml:space="preserve"> / </w:t>
            </w:r>
            <w:proofErr w:type="spellStart"/>
            <w:r>
              <w:rPr>
                <w:sz w:val="15"/>
              </w:rPr>
              <w:t>asayiş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olayı</w:t>
            </w:r>
            <w:proofErr w:type="spellEnd"/>
          </w:p>
        </w:tc>
      </w:tr>
      <w:tr w:rsidR="00BA2E5E" w:rsidTr="00BA2E5E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rPr>
          <w:gridBefore w:val="1"/>
          <w:gridAfter w:val="1"/>
          <w:wBefore w:w="76" w:type="dxa"/>
          <w:wAfter w:w="137" w:type="dxa"/>
        </w:trPr>
        <w:tc>
          <w:tcPr>
            <w:tcW w:w="5159" w:type="dxa"/>
            <w:gridSpan w:val="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:rsidR="00BA2E5E" w:rsidRDefault="00BA2E5E" w:rsidP="00BA2E5E">
            <w:pPr>
              <w:spacing w:after="0"/>
            </w:pPr>
            <w:r>
              <w:rPr>
                <w:sz w:val="15"/>
              </w:rPr>
              <w:t xml:space="preserve">☐ </w:t>
            </w:r>
            <w:proofErr w:type="spellStart"/>
            <w:r>
              <w:rPr>
                <w:sz w:val="15"/>
              </w:rPr>
              <w:t>Kaza</w:t>
            </w:r>
            <w:proofErr w:type="spellEnd"/>
            <w:r>
              <w:rPr>
                <w:sz w:val="15"/>
              </w:rPr>
              <w:t xml:space="preserve"> / </w:t>
            </w:r>
            <w:proofErr w:type="spellStart"/>
            <w:r>
              <w:rPr>
                <w:sz w:val="15"/>
              </w:rPr>
              <w:t>fiziksel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olay</w:t>
            </w:r>
            <w:proofErr w:type="spellEnd"/>
          </w:p>
        </w:tc>
        <w:tc>
          <w:tcPr>
            <w:tcW w:w="595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:rsidR="00BA2E5E" w:rsidRDefault="00ED411A" w:rsidP="00BA2E5E">
            <w:pPr>
              <w:spacing w:after="0"/>
            </w:pPr>
            <w:r>
              <w:rPr>
                <w:sz w:val="15"/>
              </w:rPr>
              <w:t>☐</w:t>
            </w:r>
            <w:r w:rsidR="00BA2E5E">
              <w:rPr>
                <w:sz w:val="15"/>
              </w:rPr>
              <w:t xml:space="preserve"> </w:t>
            </w:r>
            <w:proofErr w:type="spellStart"/>
            <w:r w:rsidR="00BA2E5E">
              <w:rPr>
                <w:sz w:val="15"/>
              </w:rPr>
              <w:t>Diğer</w:t>
            </w:r>
            <w:proofErr w:type="spellEnd"/>
            <w:r w:rsidR="00BA2E5E">
              <w:rPr>
                <w:sz w:val="15"/>
              </w:rPr>
              <w:t xml:space="preserve">: </w:t>
            </w:r>
          </w:p>
        </w:tc>
      </w:tr>
      <w:tr w:rsidR="001528CB" w:rsidTr="00973054">
        <w:tblPrEx>
          <w:jc w:val="center"/>
          <w:tblBorders>
            <w:top w:val="single" w:sz="4" w:space="0" w:color="1F6FAE"/>
            <w:left w:val="single" w:sz="4" w:space="0" w:color="1F6FAE"/>
            <w:bottom w:val="single" w:sz="4" w:space="0" w:color="1F6FAE"/>
            <w:right w:val="single" w:sz="4" w:space="0" w:color="1F6FAE"/>
            <w:insideH w:val="single" w:sz="4" w:space="0" w:color="1F6FAE"/>
            <w:insideV w:val="single" w:sz="4" w:space="0" w:color="1F6FAE"/>
          </w:tblBorders>
        </w:tblPrEx>
        <w:trPr>
          <w:gridAfter w:val="1"/>
          <w:wAfter w:w="137" w:type="dxa"/>
          <w:jc w:val="center"/>
        </w:trPr>
        <w:tc>
          <w:tcPr>
            <w:tcW w:w="11190" w:type="dxa"/>
            <w:gridSpan w:val="9"/>
            <w:shd w:val="clear" w:color="auto" w:fill="8DB3E2" w:themeFill="text2" w:themeFillTint="6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:rsidR="001528CB" w:rsidRDefault="00ED7D4C" w:rsidP="00BA2E5E">
            <w:pPr>
              <w:spacing w:after="0"/>
              <w:jc w:val="center"/>
            </w:pPr>
            <w:r>
              <w:rPr>
                <w:b/>
                <w:sz w:val="18"/>
              </w:rPr>
              <w:t>3. OLAYDAN ETKİLENEN / İLGİLİ KİŞİNİN BİLGİLERİ</w:t>
            </w:r>
          </w:p>
        </w:tc>
      </w:tr>
      <w:tr w:rsidR="001528CB" w:rsidTr="00BA2E5E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rPr>
          <w:gridBefore w:val="1"/>
          <w:gridAfter w:val="1"/>
          <w:wBefore w:w="76" w:type="dxa"/>
          <w:wAfter w:w="137" w:type="dxa"/>
        </w:trPr>
        <w:tc>
          <w:tcPr>
            <w:tcW w:w="1701" w:type="dxa"/>
            <w:shd w:val="clear" w:color="auto" w:fill="EAF3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ED7D4C" w:rsidP="00BA2E5E">
            <w:pPr>
              <w:spacing w:after="0"/>
            </w:pPr>
            <w:r>
              <w:rPr>
                <w:b/>
                <w:sz w:val="15"/>
              </w:rPr>
              <w:t>Adı Soyadı</w:t>
            </w:r>
          </w:p>
        </w:tc>
        <w:tc>
          <w:tcPr>
            <w:tcW w:w="3458" w:type="dxa"/>
            <w:gridSpan w:val="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1528CB" w:rsidP="00BA2E5E">
            <w:pPr>
              <w:spacing w:after="0"/>
            </w:pPr>
          </w:p>
        </w:tc>
        <w:tc>
          <w:tcPr>
            <w:tcW w:w="2245" w:type="dxa"/>
            <w:gridSpan w:val="3"/>
            <w:shd w:val="clear" w:color="auto" w:fill="EAF3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ED7D4C" w:rsidP="00BA2E5E">
            <w:pPr>
              <w:spacing w:after="0"/>
            </w:pPr>
            <w:r>
              <w:rPr>
                <w:b/>
                <w:sz w:val="15"/>
              </w:rPr>
              <w:t>Kişi türü</w:t>
            </w:r>
          </w:p>
        </w:tc>
        <w:tc>
          <w:tcPr>
            <w:tcW w:w="3710" w:type="dxa"/>
            <w:gridSpan w:val="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ED7D4C" w:rsidP="00BA2E5E">
            <w:pPr>
              <w:spacing w:after="0"/>
            </w:pPr>
            <w:r>
              <w:rPr>
                <w:sz w:val="15"/>
              </w:rPr>
              <w:t>☐ Öğrenci  ☐ Personel  ☐ Ziyaretçi</w:t>
            </w:r>
          </w:p>
        </w:tc>
      </w:tr>
      <w:tr w:rsidR="001528CB" w:rsidTr="00BA2E5E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rPr>
          <w:gridBefore w:val="1"/>
          <w:gridAfter w:val="1"/>
          <w:wBefore w:w="76" w:type="dxa"/>
          <w:wAfter w:w="137" w:type="dxa"/>
        </w:trPr>
        <w:tc>
          <w:tcPr>
            <w:tcW w:w="1701" w:type="dxa"/>
            <w:shd w:val="clear" w:color="auto" w:fill="EAF3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ED7D4C" w:rsidP="00BA2E5E">
            <w:pPr>
              <w:spacing w:after="0"/>
            </w:pPr>
            <w:r>
              <w:rPr>
                <w:b/>
                <w:sz w:val="15"/>
              </w:rPr>
              <w:t>Öğrenci No / Sicil No</w:t>
            </w:r>
          </w:p>
        </w:tc>
        <w:tc>
          <w:tcPr>
            <w:tcW w:w="3458" w:type="dxa"/>
            <w:gridSpan w:val="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1528CB" w:rsidP="00BA2E5E">
            <w:pPr>
              <w:spacing w:after="0"/>
            </w:pPr>
          </w:p>
        </w:tc>
        <w:tc>
          <w:tcPr>
            <w:tcW w:w="2245" w:type="dxa"/>
            <w:gridSpan w:val="3"/>
            <w:shd w:val="clear" w:color="auto" w:fill="EAF3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ED7D4C" w:rsidP="00BA2E5E">
            <w:pPr>
              <w:spacing w:after="0"/>
            </w:pPr>
            <w:r>
              <w:rPr>
                <w:b/>
                <w:sz w:val="15"/>
              </w:rPr>
              <w:t>Bölüm / Birim</w:t>
            </w:r>
          </w:p>
        </w:tc>
        <w:tc>
          <w:tcPr>
            <w:tcW w:w="3710" w:type="dxa"/>
            <w:gridSpan w:val="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1528CB" w:rsidP="00BA2E5E">
            <w:pPr>
              <w:spacing w:after="0"/>
            </w:pPr>
          </w:p>
        </w:tc>
      </w:tr>
      <w:tr w:rsidR="001528CB" w:rsidTr="00BA2E5E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rPr>
          <w:gridBefore w:val="1"/>
          <w:gridAfter w:val="1"/>
          <w:wBefore w:w="76" w:type="dxa"/>
          <w:wAfter w:w="137" w:type="dxa"/>
        </w:trPr>
        <w:tc>
          <w:tcPr>
            <w:tcW w:w="1701" w:type="dxa"/>
            <w:shd w:val="clear" w:color="auto" w:fill="EAF3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ED7D4C" w:rsidP="00BA2E5E">
            <w:pPr>
              <w:spacing w:after="0"/>
            </w:pPr>
            <w:r>
              <w:rPr>
                <w:b/>
                <w:sz w:val="15"/>
              </w:rPr>
              <w:t>İletişim bilgisi</w:t>
            </w:r>
          </w:p>
        </w:tc>
        <w:tc>
          <w:tcPr>
            <w:tcW w:w="3458" w:type="dxa"/>
            <w:gridSpan w:val="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1528CB" w:rsidP="00BA2E5E">
            <w:pPr>
              <w:spacing w:after="0"/>
            </w:pPr>
          </w:p>
        </w:tc>
        <w:tc>
          <w:tcPr>
            <w:tcW w:w="2245" w:type="dxa"/>
            <w:gridSpan w:val="3"/>
            <w:shd w:val="clear" w:color="auto" w:fill="EAF3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ED7D4C" w:rsidP="00BA2E5E">
            <w:pPr>
              <w:spacing w:after="0"/>
            </w:pPr>
            <w:r>
              <w:rPr>
                <w:b/>
                <w:sz w:val="15"/>
              </w:rPr>
              <w:t>Yakınına ulaşıldı mı?</w:t>
            </w:r>
          </w:p>
        </w:tc>
        <w:tc>
          <w:tcPr>
            <w:tcW w:w="3710" w:type="dxa"/>
            <w:gridSpan w:val="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ED7D4C" w:rsidP="00BA2E5E">
            <w:pPr>
              <w:spacing w:after="0"/>
            </w:pPr>
            <w:r>
              <w:rPr>
                <w:sz w:val="15"/>
              </w:rPr>
              <w:t>☐ Evet  ☐ Hayır  ☐ Gerekmedi</w:t>
            </w:r>
          </w:p>
        </w:tc>
      </w:tr>
      <w:tr w:rsidR="001528CB" w:rsidTr="00973054">
        <w:tblPrEx>
          <w:jc w:val="center"/>
          <w:tblBorders>
            <w:top w:val="single" w:sz="4" w:space="0" w:color="1F6FAE"/>
            <w:left w:val="single" w:sz="4" w:space="0" w:color="1F6FAE"/>
            <w:bottom w:val="single" w:sz="4" w:space="0" w:color="1F6FAE"/>
            <w:right w:val="single" w:sz="4" w:space="0" w:color="1F6FAE"/>
            <w:insideH w:val="single" w:sz="4" w:space="0" w:color="1F6FAE"/>
            <w:insideV w:val="single" w:sz="4" w:space="0" w:color="1F6FAE"/>
          </w:tblBorders>
        </w:tblPrEx>
        <w:trPr>
          <w:gridAfter w:val="1"/>
          <w:wAfter w:w="137" w:type="dxa"/>
          <w:jc w:val="center"/>
        </w:trPr>
        <w:tc>
          <w:tcPr>
            <w:tcW w:w="11190" w:type="dxa"/>
            <w:gridSpan w:val="9"/>
            <w:shd w:val="clear" w:color="auto" w:fill="8DB3E2" w:themeFill="text2" w:themeFillTint="6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:rsidR="001528CB" w:rsidRDefault="00ED7D4C" w:rsidP="00BA2E5E">
            <w:pPr>
              <w:spacing w:after="0"/>
              <w:jc w:val="center"/>
            </w:pPr>
            <w:r>
              <w:rPr>
                <w:b/>
                <w:sz w:val="18"/>
              </w:rPr>
              <w:t>4. OLAYIN KISA VE KRONOLOJİK AÇIKLAMASI</w:t>
            </w:r>
          </w:p>
        </w:tc>
      </w:tr>
      <w:tr w:rsidR="001528CB" w:rsidTr="00BA2E5E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rPr>
          <w:gridBefore w:val="1"/>
          <w:gridAfter w:val="2"/>
          <w:wBefore w:w="76" w:type="dxa"/>
          <w:wAfter w:w="145" w:type="dxa"/>
        </w:trPr>
        <w:tc>
          <w:tcPr>
            <w:tcW w:w="11106" w:type="dxa"/>
            <w:gridSpan w:val="7"/>
            <w:shd w:val="clear" w:color="auto" w:fill="F8FAF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1528CB" w:rsidRDefault="00ED7D4C" w:rsidP="00BA2E5E">
            <w:pPr>
              <w:spacing w:after="0"/>
            </w:pPr>
            <w:r>
              <w:rPr>
                <w:sz w:val="14"/>
              </w:rPr>
              <w:t>Olayın nasıl fark edildiği, olay sırasında gözlenen durum, olayın gerçekleştiği yer ve varsa tanıkların gördüğü hususlar objektif ve kronolojik biçimde yazılmalıdır. Tıbbi tanı veya kişisel yorum eklenmemelidir.</w:t>
            </w:r>
          </w:p>
          <w:p w:rsidR="001528CB" w:rsidRDefault="001528CB" w:rsidP="00BA2E5E">
            <w:pPr>
              <w:spacing w:after="20"/>
            </w:pPr>
          </w:p>
          <w:p w:rsidR="00BA2E5E" w:rsidRDefault="00BA2E5E" w:rsidP="00BA2E5E">
            <w:pPr>
              <w:spacing w:after="20"/>
            </w:pPr>
          </w:p>
          <w:p w:rsidR="00BA2E5E" w:rsidRDefault="00BA2E5E" w:rsidP="00BA2E5E">
            <w:pPr>
              <w:spacing w:after="20"/>
            </w:pPr>
          </w:p>
          <w:p w:rsidR="00BA2E5E" w:rsidRDefault="00BA2E5E" w:rsidP="00BA2E5E">
            <w:pPr>
              <w:spacing w:after="20"/>
            </w:pPr>
          </w:p>
          <w:p w:rsidR="00BA2E5E" w:rsidRDefault="00BA2E5E" w:rsidP="00BA2E5E">
            <w:pPr>
              <w:spacing w:after="20"/>
            </w:pPr>
          </w:p>
          <w:p w:rsidR="00BA2E5E" w:rsidRDefault="00BA2E5E" w:rsidP="00BA2E5E">
            <w:pPr>
              <w:spacing w:after="20"/>
            </w:pPr>
          </w:p>
          <w:p w:rsidR="00BA2E5E" w:rsidRDefault="00BA2E5E" w:rsidP="00BA2E5E">
            <w:pPr>
              <w:spacing w:after="20"/>
            </w:pPr>
          </w:p>
          <w:p w:rsidR="00BA2E5E" w:rsidRDefault="00BA2E5E" w:rsidP="00BA2E5E">
            <w:pPr>
              <w:spacing w:after="20"/>
            </w:pPr>
          </w:p>
          <w:p w:rsidR="00BA2E5E" w:rsidRDefault="00BA2E5E" w:rsidP="00BA2E5E">
            <w:pPr>
              <w:spacing w:after="20"/>
            </w:pPr>
          </w:p>
          <w:p w:rsidR="00BA2E5E" w:rsidRDefault="00BA2E5E" w:rsidP="00BA2E5E">
            <w:pPr>
              <w:spacing w:after="20"/>
            </w:pPr>
          </w:p>
          <w:p w:rsidR="00BA2E5E" w:rsidRDefault="00BA2E5E" w:rsidP="00BA2E5E">
            <w:pPr>
              <w:spacing w:after="20"/>
            </w:pPr>
          </w:p>
          <w:p w:rsidR="00BA2E5E" w:rsidRDefault="00BA2E5E" w:rsidP="00BA2E5E">
            <w:pPr>
              <w:spacing w:after="20"/>
            </w:pPr>
          </w:p>
          <w:p w:rsidR="00BA2E5E" w:rsidRDefault="00BA2E5E" w:rsidP="00BA2E5E">
            <w:pPr>
              <w:spacing w:after="20"/>
            </w:pPr>
          </w:p>
          <w:p w:rsidR="00BA2E5E" w:rsidRDefault="00BA2E5E" w:rsidP="00BA2E5E">
            <w:pPr>
              <w:spacing w:after="20"/>
            </w:pPr>
          </w:p>
          <w:p w:rsidR="00BA2E5E" w:rsidRDefault="00BA2E5E" w:rsidP="00BA2E5E">
            <w:pPr>
              <w:spacing w:after="20"/>
            </w:pPr>
          </w:p>
          <w:p w:rsidR="00BA2E5E" w:rsidRDefault="00BA2E5E" w:rsidP="00BA2E5E">
            <w:pPr>
              <w:spacing w:after="20"/>
            </w:pPr>
          </w:p>
        </w:tc>
      </w:tr>
      <w:tr w:rsidR="001528CB" w:rsidTr="00973054">
        <w:tblPrEx>
          <w:jc w:val="center"/>
          <w:tblBorders>
            <w:top w:val="single" w:sz="4" w:space="0" w:color="1F6FAE"/>
            <w:left w:val="single" w:sz="4" w:space="0" w:color="1F6FAE"/>
            <w:bottom w:val="single" w:sz="4" w:space="0" w:color="1F6FAE"/>
            <w:right w:val="single" w:sz="4" w:space="0" w:color="1F6FAE"/>
            <w:insideH w:val="single" w:sz="4" w:space="0" w:color="1F6FAE"/>
            <w:insideV w:val="single" w:sz="4" w:space="0" w:color="1F6FAE"/>
          </w:tblBorders>
        </w:tblPrEx>
        <w:trPr>
          <w:gridBefore w:val="1"/>
          <w:wBefore w:w="76" w:type="dxa"/>
          <w:jc w:val="center"/>
        </w:trPr>
        <w:tc>
          <w:tcPr>
            <w:tcW w:w="11251" w:type="dxa"/>
            <w:gridSpan w:val="9"/>
            <w:shd w:val="clear" w:color="auto" w:fill="8DB3E2" w:themeFill="text2" w:themeFillTint="6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:rsidR="001528CB" w:rsidRPr="00BA2E5E" w:rsidRDefault="00ED7D4C" w:rsidP="00BA2E5E">
            <w:pPr>
              <w:spacing w:after="0"/>
              <w:jc w:val="center"/>
              <w:rPr>
                <w:b/>
              </w:rPr>
            </w:pPr>
            <w:r>
              <w:br w:type="page"/>
            </w:r>
            <w:r w:rsidR="00BA2E5E" w:rsidRPr="00BA2E5E">
              <w:rPr>
                <w:b/>
                <w:sz w:val="18"/>
              </w:rPr>
              <w:t>5</w:t>
            </w:r>
            <w:r w:rsidRPr="00BA2E5E">
              <w:rPr>
                <w:b/>
                <w:sz w:val="20"/>
              </w:rPr>
              <w:t xml:space="preserve">. </w:t>
            </w:r>
            <w:r w:rsidRPr="00BA2E5E">
              <w:rPr>
                <w:b/>
                <w:sz w:val="18"/>
              </w:rPr>
              <w:t>TUTANAĞI DÜZENLEYEN</w:t>
            </w:r>
          </w:p>
        </w:tc>
      </w:tr>
      <w:tr w:rsidR="001528CB" w:rsidTr="00973054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rPr>
          <w:gridBefore w:val="1"/>
          <w:wBefore w:w="76" w:type="dxa"/>
        </w:trPr>
        <w:tc>
          <w:tcPr>
            <w:tcW w:w="2423" w:type="dxa"/>
            <w:gridSpan w:val="2"/>
            <w:shd w:val="clear" w:color="auto" w:fill="EAF3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ED7D4C" w:rsidP="00BA2E5E">
            <w:pPr>
              <w:spacing w:after="0"/>
            </w:pPr>
            <w:r>
              <w:rPr>
                <w:b/>
                <w:sz w:val="15"/>
              </w:rPr>
              <w:t>Adı Soyadı</w:t>
            </w:r>
          </w:p>
        </w:tc>
        <w:tc>
          <w:tcPr>
            <w:tcW w:w="3154" w:type="dxa"/>
            <w:gridSpan w:val="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1528CB" w:rsidP="00BA2E5E">
            <w:pPr>
              <w:spacing w:after="0"/>
            </w:pPr>
          </w:p>
        </w:tc>
        <w:tc>
          <w:tcPr>
            <w:tcW w:w="1656" w:type="dxa"/>
            <w:shd w:val="clear" w:color="auto" w:fill="EAF3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ED7D4C" w:rsidP="00BA2E5E">
            <w:pPr>
              <w:spacing w:after="0"/>
            </w:pPr>
            <w:r>
              <w:rPr>
                <w:b/>
                <w:sz w:val="15"/>
              </w:rPr>
              <w:t>Görevi / Birimi</w:t>
            </w:r>
          </w:p>
        </w:tc>
        <w:tc>
          <w:tcPr>
            <w:tcW w:w="4018" w:type="dxa"/>
            <w:gridSpan w:val="4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1528CB" w:rsidP="00BA2E5E">
            <w:pPr>
              <w:spacing w:after="0"/>
            </w:pPr>
          </w:p>
        </w:tc>
      </w:tr>
      <w:tr w:rsidR="001528CB" w:rsidTr="00973054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rPr>
          <w:gridBefore w:val="1"/>
          <w:wBefore w:w="76" w:type="dxa"/>
        </w:trPr>
        <w:tc>
          <w:tcPr>
            <w:tcW w:w="2423" w:type="dxa"/>
            <w:gridSpan w:val="2"/>
            <w:shd w:val="clear" w:color="auto" w:fill="EAF3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ED7D4C" w:rsidP="00BA2E5E">
            <w:pPr>
              <w:spacing w:after="0"/>
            </w:pPr>
            <w:r>
              <w:rPr>
                <w:b/>
                <w:sz w:val="15"/>
              </w:rPr>
              <w:t>Tarih</w:t>
            </w:r>
          </w:p>
        </w:tc>
        <w:tc>
          <w:tcPr>
            <w:tcW w:w="3154" w:type="dxa"/>
            <w:gridSpan w:val="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1528CB" w:rsidP="00BA2E5E">
            <w:pPr>
              <w:spacing w:after="0"/>
            </w:pPr>
          </w:p>
        </w:tc>
        <w:tc>
          <w:tcPr>
            <w:tcW w:w="1656" w:type="dxa"/>
            <w:shd w:val="clear" w:color="auto" w:fill="EAF3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ED7D4C" w:rsidP="00BA2E5E">
            <w:pPr>
              <w:spacing w:after="0"/>
            </w:pPr>
            <w:r>
              <w:rPr>
                <w:b/>
                <w:sz w:val="15"/>
              </w:rPr>
              <w:t>Saat</w:t>
            </w:r>
          </w:p>
        </w:tc>
        <w:tc>
          <w:tcPr>
            <w:tcW w:w="4018" w:type="dxa"/>
            <w:gridSpan w:val="4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1528CB" w:rsidP="00BA2E5E">
            <w:pPr>
              <w:spacing w:after="0"/>
            </w:pPr>
          </w:p>
        </w:tc>
      </w:tr>
      <w:tr w:rsidR="001528CB" w:rsidTr="00973054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rPr>
          <w:gridBefore w:val="1"/>
          <w:wBefore w:w="76" w:type="dxa"/>
        </w:trPr>
        <w:tc>
          <w:tcPr>
            <w:tcW w:w="2423" w:type="dxa"/>
            <w:gridSpan w:val="2"/>
            <w:shd w:val="clear" w:color="auto" w:fill="EAF3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ED7D4C" w:rsidP="00BA2E5E">
            <w:pPr>
              <w:spacing w:after="0"/>
            </w:pPr>
            <w:r>
              <w:rPr>
                <w:b/>
                <w:sz w:val="15"/>
              </w:rPr>
              <w:t>İmza</w:t>
            </w:r>
          </w:p>
        </w:tc>
        <w:tc>
          <w:tcPr>
            <w:tcW w:w="3154" w:type="dxa"/>
            <w:gridSpan w:val="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1528CB" w:rsidP="00BA2E5E">
            <w:pPr>
              <w:spacing w:after="0"/>
            </w:pPr>
          </w:p>
        </w:tc>
        <w:tc>
          <w:tcPr>
            <w:tcW w:w="1656" w:type="dxa"/>
            <w:shd w:val="clear" w:color="auto" w:fill="EAF3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ED7D4C" w:rsidP="00BA2E5E">
            <w:pPr>
              <w:spacing w:after="0"/>
            </w:pPr>
            <w:proofErr w:type="spellStart"/>
            <w:r>
              <w:rPr>
                <w:b/>
                <w:sz w:val="15"/>
              </w:rPr>
              <w:t>İletişim</w:t>
            </w:r>
            <w:proofErr w:type="spellEnd"/>
            <w:r>
              <w:rPr>
                <w:b/>
                <w:sz w:val="15"/>
              </w:rPr>
              <w:t xml:space="preserve"> </w:t>
            </w:r>
            <w:r w:rsidR="00BA2E5E">
              <w:rPr>
                <w:b/>
                <w:sz w:val="15"/>
              </w:rPr>
              <w:t>(Tel)</w:t>
            </w:r>
          </w:p>
        </w:tc>
        <w:tc>
          <w:tcPr>
            <w:tcW w:w="4018" w:type="dxa"/>
            <w:gridSpan w:val="4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1528CB" w:rsidRDefault="001528CB" w:rsidP="00BA2E5E">
            <w:pPr>
              <w:spacing w:after="0"/>
            </w:pPr>
          </w:p>
        </w:tc>
      </w:tr>
      <w:tr w:rsidR="00973054" w:rsidTr="00973054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rPr>
          <w:gridBefore w:val="1"/>
          <w:wBefore w:w="76" w:type="dxa"/>
        </w:trPr>
        <w:tc>
          <w:tcPr>
            <w:tcW w:w="11251" w:type="dxa"/>
            <w:gridSpan w:val="9"/>
            <w:shd w:val="clear" w:color="auto" w:fill="95B3D7" w:themeFill="accent1" w:themeFillTint="99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973054" w:rsidRDefault="00973054" w:rsidP="00973054">
            <w:pPr>
              <w:spacing w:after="0"/>
              <w:jc w:val="center"/>
            </w:pPr>
            <w:r>
              <w:br w:type="page"/>
            </w:r>
            <w:r>
              <w:rPr>
                <w:b/>
                <w:sz w:val="18"/>
              </w:rPr>
              <w:t>6</w:t>
            </w:r>
            <w:r w:rsidRPr="00BA2E5E">
              <w:rPr>
                <w:b/>
                <w:sz w:val="20"/>
              </w:rPr>
              <w:t xml:space="preserve">. </w:t>
            </w:r>
            <w:r>
              <w:rPr>
                <w:b/>
                <w:sz w:val="18"/>
              </w:rPr>
              <w:t>OLAYI YAŞAYAN</w:t>
            </w:r>
          </w:p>
        </w:tc>
      </w:tr>
      <w:tr w:rsidR="00973054" w:rsidTr="00973054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rPr>
          <w:gridBefore w:val="1"/>
          <w:wBefore w:w="76" w:type="dxa"/>
        </w:trPr>
        <w:tc>
          <w:tcPr>
            <w:tcW w:w="2423" w:type="dxa"/>
            <w:gridSpan w:val="2"/>
            <w:shd w:val="clear" w:color="auto" w:fill="EAF3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973054" w:rsidRDefault="00973054" w:rsidP="00E418DF">
            <w:pPr>
              <w:spacing w:after="0"/>
            </w:pPr>
            <w:proofErr w:type="spellStart"/>
            <w:r>
              <w:rPr>
                <w:b/>
                <w:sz w:val="15"/>
              </w:rPr>
              <w:t>Adı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Soyadı</w:t>
            </w:r>
            <w:proofErr w:type="spellEnd"/>
          </w:p>
        </w:tc>
        <w:tc>
          <w:tcPr>
            <w:tcW w:w="3154" w:type="dxa"/>
            <w:gridSpan w:val="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973054" w:rsidRDefault="00973054" w:rsidP="00E418DF">
            <w:pPr>
              <w:spacing w:after="0"/>
            </w:pPr>
          </w:p>
        </w:tc>
        <w:tc>
          <w:tcPr>
            <w:tcW w:w="1656" w:type="dxa"/>
            <w:shd w:val="clear" w:color="auto" w:fill="EAF3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973054" w:rsidRDefault="00973054" w:rsidP="00E418DF">
            <w:pPr>
              <w:spacing w:after="0"/>
            </w:pPr>
            <w:proofErr w:type="spellStart"/>
            <w:r>
              <w:rPr>
                <w:b/>
                <w:sz w:val="15"/>
              </w:rPr>
              <w:t>Görevi</w:t>
            </w:r>
            <w:proofErr w:type="spellEnd"/>
            <w:r>
              <w:rPr>
                <w:b/>
                <w:sz w:val="15"/>
              </w:rPr>
              <w:t xml:space="preserve"> / </w:t>
            </w:r>
            <w:proofErr w:type="spellStart"/>
            <w:r>
              <w:rPr>
                <w:b/>
                <w:sz w:val="15"/>
              </w:rPr>
              <w:t>Birimi</w:t>
            </w:r>
            <w:proofErr w:type="spellEnd"/>
          </w:p>
        </w:tc>
        <w:tc>
          <w:tcPr>
            <w:tcW w:w="4018" w:type="dxa"/>
            <w:gridSpan w:val="4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973054" w:rsidRDefault="00973054" w:rsidP="00E418DF">
            <w:pPr>
              <w:spacing w:after="0"/>
            </w:pPr>
          </w:p>
        </w:tc>
      </w:tr>
      <w:tr w:rsidR="00973054" w:rsidTr="00973054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rPr>
          <w:gridBefore w:val="1"/>
          <w:wBefore w:w="76" w:type="dxa"/>
        </w:trPr>
        <w:tc>
          <w:tcPr>
            <w:tcW w:w="2423" w:type="dxa"/>
            <w:gridSpan w:val="2"/>
            <w:shd w:val="clear" w:color="auto" w:fill="EAF3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973054" w:rsidRDefault="00973054" w:rsidP="00E418DF">
            <w:pPr>
              <w:spacing w:after="0"/>
            </w:pPr>
            <w:proofErr w:type="spellStart"/>
            <w:r>
              <w:rPr>
                <w:b/>
                <w:sz w:val="15"/>
              </w:rPr>
              <w:t>Tarih</w:t>
            </w:r>
            <w:proofErr w:type="spellEnd"/>
          </w:p>
        </w:tc>
        <w:tc>
          <w:tcPr>
            <w:tcW w:w="3154" w:type="dxa"/>
            <w:gridSpan w:val="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973054" w:rsidRDefault="00973054" w:rsidP="00E418DF">
            <w:pPr>
              <w:spacing w:after="0"/>
            </w:pPr>
          </w:p>
        </w:tc>
        <w:tc>
          <w:tcPr>
            <w:tcW w:w="1656" w:type="dxa"/>
            <w:shd w:val="clear" w:color="auto" w:fill="EAF3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973054" w:rsidRDefault="00973054" w:rsidP="00E418DF">
            <w:pPr>
              <w:spacing w:after="0"/>
            </w:pPr>
            <w:proofErr w:type="spellStart"/>
            <w:r>
              <w:rPr>
                <w:b/>
                <w:sz w:val="15"/>
              </w:rPr>
              <w:t>Saat</w:t>
            </w:r>
            <w:proofErr w:type="spellEnd"/>
          </w:p>
        </w:tc>
        <w:tc>
          <w:tcPr>
            <w:tcW w:w="4018" w:type="dxa"/>
            <w:gridSpan w:val="4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973054" w:rsidRDefault="00973054" w:rsidP="00E418DF">
            <w:pPr>
              <w:spacing w:after="0"/>
            </w:pPr>
          </w:p>
        </w:tc>
      </w:tr>
      <w:tr w:rsidR="00973054" w:rsidTr="00973054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rPr>
          <w:gridBefore w:val="1"/>
          <w:wBefore w:w="76" w:type="dxa"/>
        </w:trPr>
        <w:tc>
          <w:tcPr>
            <w:tcW w:w="2423" w:type="dxa"/>
            <w:gridSpan w:val="2"/>
            <w:shd w:val="clear" w:color="auto" w:fill="EAF3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973054" w:rsidRDefault="00973054" w:rsidP="00E418DF">
            <w:pPr>
              <w:spacing w:after="0"/>
            </w:pPr>
            <w:proofErr w:type="spellStart"/>
            <w:r>
              <w:rPr>
                <w:b/>
                <w:sz w:val="15"/>
              </w:rPr>
              <w:t>İmza</w:t>
            </w:r>
            <w:proofErr w:type="spellEnd"/>
          </w:p>
        </w:tc>
        <w:tc>
          <w:tcPr>
            <w:tcW w:w="3154" w:type="dxa"/>
            <w:gridSpan w:val="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973054" w:rsidRDefault="00973054" w:rsidP="00E418DF">
            <w:pPr>
              <w:spacing w:after="0"/>
            </w:pPr>
          </w:p>
        </w:tc>
        <w:tc>
          <w:tcPr>
            <w:tcW w:w="1656" w:type="dxa"/>
            <w:shd w:val="clear" w:color="auto" w:fill="EAF3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973054" w:rsidRDefault="00973054" w:rsidP="00E418DF">
            <w:pPr>
              <w:spacing w:after="0"/>
            </w:pPr>
            <w:proofErr w:type="spellStart"/>
            <w:r>
              <w:rPr>
                <w:b/>
                <w:sz w:val="15"/>
              </w:rPr>
              <w:t>İletişim</w:t>
            </w:r>
            <w:proofErr w:type="spellEnd"/>
            <w:r>
              <w:rPr>
                <w:b/>
                <w:sz w:val="15"/>
              </w:rPr>
              <w:t xml:space="preserve"> (Tel)</w:t>
            </w:r>
          </w:p>
        </w:tc>
        <w:tc>
          <w:tcPr>
            <w:tcW w:w="4018" w:type="dxa"/>
            <w:gridSpan w:val="4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:rsidR="00973054" w:rsidRDefault="00973054" w:rsidP="00E418DF">
            <w:pPr>
              <w:spacing w:after="0"/>
            </w:pPr>
          </w:p>
        </w:tc>
      </w:tr>
    </w:tbl>
    <w:p w:rsidR="001528CB" w:rsidRDefault="00ED7D4C">
      <w:pPr>
        <w:spacing w:before="40"/>
        <w:jc w:val="center"/>
      </w:pPr>
      <w:r>
        <w:rPr>
          <w:i/>
          <w:sz w:val="13"/>
        </w:rPr>
        <w:t xml:space="preserve">Bu </w:t>
      </w:r>
      <w:proofErr w:type="spellStart"/>
      <w:r>
        <w:rPr>
          <w:i/>
          <w:sz w:val="13"/>
        </w:rPr>
        <w:t>tutanakta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yer</w:t>
      </w:r>
      <w:proofErr w:type="spellEnd"/>
      <w:r>
        <w:rPr>
          <w:i/>
          <w:sz w:val="13"/>
        </w:rPr>
        <w:t xml:space="preserve"> </w:t>
      </w:r>
      <w:proofErr w:type="spellStart"/>
      <w:proofErr w:type="gramStart"/>
      <w:r>
        <w:rPr>
          <w:i/>
          <w:sz w:val="13"/>
        </w:rPr>
        <w:t>alan</w:t>
      </w:r>
      <w:proofErr w:type="spellEnd"/>
      <w:proofErr w:type="gram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bilgiler</w:t>
      </w:r>
      <w:proofErr w:type="spellEnd"/>
      <w:r>
        <w:rPr>
          <w:i/>
          <w:sz w:val="13"/>
        </w:rPr>
        <w:t xml:space="preserve"> olay anında gözlemlenen ve/veya ilgili kişilerden edinilen bilgiler doğrultusunda kayda geçirilmiştir.</w:t>
      </w:r>
      <w:bookmarkStart w:id="0" w:name="_GoBack"/>
      <w:bookmarkEnd w:id="0"/>
    </w:p>
    <w:sectPr w:rsidR="001528CB" w:rsidSect="00034616">
      <w:footerReference w:type="default" r:id="rId11"/>
      <w:pgSz w:w="12240" w:h="15840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7A4" w:rsidRDefault="00D167A4">
      <w:pPr>
        <w:spacing w:after="0" w:line="240" w:lineRule="auto"/>
      </w:pPr>
      <w:r>
        <w:separator/>
      </w:r>
    </w:p>
  </w:endnote>
  <w:endnote w:type="continuationSeparator" w:id="0">
    <w:p w:rsidR="00D167A4" w:rsidRDefault="00D16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8CB" w:rsidRDefault="00ED7D4C">
    <w:pPr>
      <w:pStyle w:val="Altbilgi"/>
      <w:jc w:val="center"/>
    </w:pPr>
    <w:r>
      <w:rPr>
        <w:sz w:val="13"/>
      </w:rPr>
      <w:t xml:space="preserve">Ege Üniversitesi Sağlık Bilimleri Fakültesi | Fakülte Olay </w:t>
    </w:r>
    <w:proofErr w:type="spellStart"/>
    <w:r>
      <w:rPr>
        <w:sz w:val="13"/>
      </w:rPr>
      <w:t>Tespit</w:t>
    </w:r>
    <w:proofErr w:type="spellEnd"/>
    <w:r>
      <w:rPr>
        <w:sz w:val="13"/>
      </w:rPr>
      <w:t xml:space="preserve"> </w:t>
    </w:r>
    <w:proofErr w:type="spellStart"/>
    <w:r>
      <w:rPr>
        <w:sz w:val="13"/>
      </w:rPr>
      <w:t>ve</w:t>
    </w:r>
    <w:proofErr w:type="spellEnd"/>
    <w:r>
      <w:rPr>
        <w:sz w:val="13"/>
      </w:rPr>
      <w:t xml:space="preserve"> </w:t>
    </w:r>
    <w:proofErr w:type="spellStart"/>
    <w:r>
      <w:rPr>
        <w:sz w:val="13"/>
      </w:rPr>
      <w:t>Bildirim</w:t>
    </w:r>
    <w:proofErr w:type="spellEnd"/>
    <w:r>
      <w:rPr>
        <w:sz w:val="13"/>
      </w:rPr>
      <w:t xml:space="preserve"> </w:t>
    </w:r>
    <w:proofErr w:type="spellStart"/>
    <w:r>
      <w:rPr>
        <w:sz w:val="13"/>
      </w:rPr>
      <w:t>Tutanağı</w:t>
    </w:r>
    <w:proofErr w:type="spellEnd"/>
    <w:r w:rsidR="00973054">
      <w:rPr>
        <w:sz w:val="13"/>
      </w:rPr>
      <w:t xml:space="preserve"> </w:t>
    </w:r>
    <w:r w:rsidR="00973054">
      <w:rPr>
        <w:sz w:val="13"/>
      </w:rPr>
      <w:t xml:space="preserve">| </w:t>
    </w:r>
    <w:proofErr w:type="spellStart"/>
    <w:r w:rsidR="00973054">
      <w:rPr>
        <w:sz w:val="13"/>
      </w:rPr>
      <w:t>Oluşturulma</w:t>
    </w:r>
    <w:proofErr w:type="spellEnd"/>
    <w:r w:rsidR="00973054">
      <w:rPr>
        <w:sz w:val="13"/>
      </w:rPr>
      <w:t xml:space="preserve"> </w:t>
    </w:r>
    <w:proofErr w:type="spellStart"/>
    <w:r w:rsidR="00973054">
      <w:rPr>
        <w:sz w:val="13"/>
      </w:rPr>
      <w:t>Tarihi</w:t>
    </w:r>
    <w:proofErr w:type="spellEnd"/>
    <w:r w:rsidR="00973054">
      <w:rPr>
        <w:sz w:val="13"/>
      </w:rPr>
      <w:t>: 01.10.2026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7A4" w:rsidRDefault="00D167A4">
      <w:pPr>
        <w:spacing w:after="0" w:line="240" w:lineRule="auto"/>
      </w:pPr>
      <w:r>
        <w:separator/>
      </w:r>
    </w:p>
  </w:footnote>
  <w:footnote w:type="continuationSeparator" w:id="0">
    <w:p w:rsidR="00D167A4" w:rsidRDefault="00D167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528CB"/>
    <w:rsid w:val="0029639D"/>
    <w:rsid w:val="00326F90"/>
    <w:rsid w:val="005B0F95"/>
    <w:rsid w:val="007266FB"/>
    <w:rsid w:val="00973054"/>
    <w:rsid w:val="00AA1D8D"/>
    <w:rsid w:val="00B47730"/>
    <w:rsid w:val="00BA2E5E"/>
    <w:rsid w:val="00CB0664"/>
    <w:rsid w:val="00D167A4"/>
    <w:rsid w:val="00ED411A"/>
    <w:rsid w:val="00ED7D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BA2E5E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2E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BA2E5E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2E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AD1942-FBA6-4E45-A933-7C6741802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Progressive</Company>
  <LinksUpToDate>false</LinksUpToDate>
  <CharactersWithSpaces>1531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EGE</cp:lastModifiedBy>
  <cp:revision>5</cp:revision>
  <dcterms:created xsi:type="dcterms:W3CDTF">2026-09-24T07:39:00Z</dcterms:created>
  <dcterms:modified xsi:type="dcterms:W3CDTF">2026-10-01T09:48:00Z</dcterms:modified>
</cp:coreProperties>
</file>